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 למגמה ולתיכון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 הרמות באתר ההכנה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לראיון קבלה למגמה או לתיכון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תשובות מתאימות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חט״ב כיתה ט׳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עברית עם ניקוד ומילון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צעדים פשוטים וכרטיסי תמונה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לכל רמה משימות, דוגמאות וקבצים 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במפורש בעמוד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ניקוד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רמה לתוכן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(ראיון למגמה ולתיכון)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(תוכניות, מכינות ועבודה ראשונה)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(עברית עם ניקוד ומילון)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(צעדים פשוטים וכרטיסי תמונה)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הכנה אישית לראיון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למה בחרת במגמה הזו? מה אתה יודע עליה?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לתשובה מובנית הכוללת הכנה, התנהגות בראיון וסיכום אחרי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ארבע רמות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חט״ב כיתה ט׳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עברית עם ניקוד ומילון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ארבע הרמות כתרשים על הלוח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שאלות ותשובות לראיון לפני מילוי החלק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מומלץ להשתמש בכרטיסי תמונה כפי שמוזכר באתר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 למגמה ולתיכון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באתר ההכנה לראיון יש ארבע רמות שונות, שמתאימות לקהלים שונים. אנחנו נתמקד ברמה של כיתה ט׳ - הכנה לראיון למגמה ולתיכון.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ראשונה  ·  ניקוד  ·  ט׳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לאיזו רמה מיועד ראיון למגמה ולתיכון?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חט״ב כיתה ט׳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חט״ע י׳-י״ב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מקבלת רמת העולים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מלגות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עברית עם ניקוד ומילון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כרטיסי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מתאים לרמת חנ״מ?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מלגות ללימודים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צעדים פשוטים וכרטיסי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עברית עם ניקוד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הרמות מקבלות בדיוק את אותן משימות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רמת חט״ב עוסקת בראיון למגמה ולתיכון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רמת חט״ב מתאימה לתלמידים בכיתה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ברמת חט״ע מדברים על תוכניות, מכינות ועבודה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ברמת העולים יש עברית עם __________ ומילון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רמה לתוכן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חט״ב כיתה ט׳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עברית עם ניקוד ומילון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חט״ע י׳-י״ב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צעדים פשוטים וכרטיסי תמונה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תוכניות, מכינות ועבודה ראשונה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חנ״מ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ראיון למגמה ולתיכון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הכנה אישית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שתי שאלות שיכולות לשאול אתכם בראיון למגמה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איך הייתם מתכוננים ליום הראיון עצמו - מה הייתם עושים לפני, במהלכו ואחריו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רמות יש באתר ההכנה לראיון?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לאיזו רמה שייך ראיון למגמה ולתיכון?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הכנה לראיון למגמה ולתיכון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