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הכנה לראיון למגמה ולתיכון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ארבע הרמות באתר ההכנה לראיון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להתכונן לראיון קבלה למגמה או לתיכון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ניסוח תשובות מתאימות לראיון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חט״ב כיתה ט׳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עברית עם ניקוד ומילון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תוכניות מכינות ועבודה ראשונה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צעדים פשוטים וכרטיסי תמונה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ארבע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לכל רמה משימות, דוגמאות וקבצים משלה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כתוב במפורש בעמוד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מופיע בתיאור הרמה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מוזכר ראיון קבוצתי ויום מיון כעמוד קודם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ט׳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ראשונה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ניקוד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מיון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רמה לתוכן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(ראיון למגמה ולתיכון)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(תוכניות, מכינות ועבודה ראשונה)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(עברית עם ניקוד ומילון)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(צעדים פשוטים וכרטיסי תמונה)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הכנה אישית לראיון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למה בחרת במגמה הזו? מה אתה יודע עליה?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המתארת תכונה או יכולת מתאימה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והבעה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ציפייה לתשובה מובנית הכוללת הכנה, התנהגות בראיון וסיכום אחרי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ארבע רמות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חט״ב כיתה ט׳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עברית עם ניקוד ומילון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ארבע הרמות כתרשים על הלוח לפני תחילת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בעל פה שאלות ותשובות לראיון לפני מילוי החלק הפתוח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 חנ״מ מומלץ להשתמש בכרטיסי תמונה כפי שמוזכר באתר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הכנה לראיון למגמה ולתיכון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באתר הזה יש ארבע קבוצות של אנשים. כל קבוצה מקבלת עזרה אחרת. אנחנו נלמד על הקבוצה של כיתה ט׳ שמתכוננת לראיון.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ראיון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שיחה שבה שואלים אותך שאלות כדי להכיר אותך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מגמה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תחום לימוד מיוחד שבוחרים בתיכון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מכינה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תוכנית לימוד לפני התחלת לימודים גדולים יותר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מלגה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כסף שנותנים לתלמיד או סטודנט כדי לעזור לו ללמוד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חנ״מ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חינוך מיוחד - התאמה אישית ללומדים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יום מיון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יום שבו בודקים מי מתאים להתקבל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ראיון קבוצתי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ראיון שבו כמה מועמדים נמצאים יחד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לומד איך לעשות ראיון למגמה?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חט״ב כיתה ט׳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חט״ע י׳-י״ב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חנ״מ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יש ברמה של עולים חדשים?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מלגות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עברית עם ניקוד ומילון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כרטיסי תמונה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יום מיון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לומדים בכיתות הגדולות בתיכון?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תסריטים פשוטים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תוכניות מכינות ועבודה ראשונה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משפטים עם ניקוד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כרטיסי תמונה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עוזר ללומדים בחינוך מיוחד?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מלגות ללימודים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צעדים פשוטים וכרטיסי תמונה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עברית עם ניקוד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ראיון קבוצתי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כמה קבוצות יש באתר?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הרמות מקבלות בדיוק את אותן משימות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רמת חט״ב עוסקת בראיון למגמה ולתיכון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רמת העולים כוללת עברית עם ניקוד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אין אפשרות לראיון קבוצתי באתר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רמת חט״ב מתאימה לתלמידים בכיתה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ברמת חט״ע מדברים על תוכניות, מכינות ועבודה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ברמת העולים יש עברית עם __________ ומילון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ברמת חנ״מ יש כרטיסי __________ ותסריטים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לפני עמוד הרמות יש עמוד על ראיון קבוצתי ויום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רמה לתוכן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חט״ב כיתה ט׳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תוכניות, מכינות ועבודה ראשונה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חט״ע י׳-י״ב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עברית עם ניקוד ומילון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עולים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צעדים פשוטים וכרטיסי תמונה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חנ״מ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ראיון למגמה ולתיכון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הכנה אישית לראיון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שתי שאלות שיכולות לשאול אתכם בראיון למגמה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אחד שמתאר למה כדאי לקבל אתכם למגמה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חשיבה והבעה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איך הייתם מתכוננים ליום הראיון עצמו - מה הייתם עושים לפני, במהלכו ואחריו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רמות יש באתר ההכנה לראיון?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לאיזו רמה שייך ראיון למגמה ולתיכון?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מקבלת רמת העולים?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הכנה לראיון למגמה ולתיכון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