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הרמות באתר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לראיון קבלה למגמה או לתיכון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מתאימות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חט״ב כיתה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עברית עם ניקוד ומילון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תוכניות מכינות ועבודה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צעדים פשוטים וכרטיסי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רמה משימות, דוגמאות וקבצים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במפורש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מופיע בתיאור הרמה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מוזכר ראיון קבוצתי ויום מיון כעמוד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רמה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(ראיון למגמה ולתיכון)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(תוכניות, מכינות ועבודה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(עברית עם ניקוד ומילון)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(צעדים פשוטים וכרטיסי תמונה)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הכנה אישית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למה בחרת במגמה הזו? מה אתה יודע עליה?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תכונה או יכולת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מובנית הכוללת הכנה, התנהגות בראיון וסיכום אחרי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חט״ב כיתה ט׳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עברית עם ניקוד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ארבע הרמות כתרשים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שאלות ותשובות לראיון לפני מילוי החלק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להשתמש בכרטיסי תמונה כפי שמוזכר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ההכנה לראיון יש ארבע רמות שונות, שמתאימות לקהלים שונים. אנחנו נתמקד ברמה של כיתה ט׳ - הכנה לראיון למגמה ולתיכון.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רמה מיועד ראיון למגמה ולתיכון?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חט״ב כיתה 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חט״ע י׳-י״ב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מקבלת רמת העולים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 עם ניקוד ומילון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שייך לרמת חט״ע י׳-י״ב?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תסריטים 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תוכניות מכינות ועבודה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 עם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מתאים לרמת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מלגות ללימודים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צעדים פשוטים וכרטיסי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 עם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רמות יש באתר ההכנה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הרמות מקבלות בדיוק את אותן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חט״ב עוסקת בראיון למגמה ולתיכון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העולים כוללת עברית עם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אפשרות לראיון קבוצתי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רמת חט״ב מתאימה לתלמידים בכיתה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ברמת חט״ע מדברים על תוכניות, מכינות ועבודה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ברמת העולים יש עברית עם __________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ברמת חנ״מ יש כרטיסי __________ ותסריטים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עמוד הרמות יש עמוד על ראיון קבוצתי ויום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רמה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חט״ב כיתה ט׳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עברית עם ניקוד ומילון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חט״ע י׳-י״ב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ראיון למגמה ולתיכון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צעדים פשוטים וכרטיסי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תוכניות, מכינות ועבודה 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הכנה אישית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שיכולות לשאול אתכם בראיון למגמה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למה כדאי לקבל אתכם למגמה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איך הייתם מתכוננים ליום הראיון עצמו - מה הייתם עושים לפני, במהלכו ואחריו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יש באתר ההכנה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רמה שייך ראיון למגמה ולתיכון?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מקבלת רמת העולים?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למגמה ולתיכון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